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68A8C" w14:textId="7825B8A8" w:rsidR="006C350E" w:rsidRDefault="00122D88" w:rsidP="00122D88">
      <w:pPr>
        <w:spacing w:line="360" w:lineRule="auto"/>
      </w:pPr>
      <w:r w:rsidRPr="00E462D4">
        <w:rPr>
          <w:noProof/>
          <w:lang w:eastAsia="en-IN"/>
        </w:rPr>
        <w:drawing>
          <wp:inline distT="0" distB="0" distL="0" distR="0" wp14:anchorId="5509393A" wp14:editId="5DE54B99">
            <wp:extent cx="548116" cy="619090"/>
            <wp:effectExtent l="0" t="0" r="4445" b="0"/>
            <wp:docPr id="4" name="Picture 4" descr="C:\Users\Ramesh Bhatt\OneDrive\Desktop\AB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mesh Bhatt\OneDrive\Desktop\ABN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53" cy="65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0"/>
        </w:rPr>
        <w:t xml:space="preserve">      ADARSH BAL NIKETAN SENIOR SECONDARY SCHOOL</w:t>
      </w:r>
      <w:r>
        <w:rPr>
          <w:b/>
        </w:rPr>
        <w:br/>
        <w:t xml:space="preserve">                                       IIT ROORKEE CAMPUS, ROORKEE – 247667, UTTARAKHAND</w:t>
      </w:r>
    </w:p>
    <w:p w14:paraId="5E0DEED4" w14:textId="490FBBF0" w:rsidR="006C350E" w:rsidRDefault="00122D88" w:rsidP="00122D88">
      <w:pPr>
        <w:spacing w:line="360" w:lineRule="auto"/>
      </w:pPr>
      <w:r>
        <w:rPr>
          <w:b/>
          <w:sz w:val="26"/>
        </w:rPr>
        <w:t xml:space="preserve">                        APPLICATION FORM FOR THE POST OF PRINCIPAL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88"/>
        <w:gridCol w:w="5288"/>
      </w:tblGrid>
      <w:tr w:rsidR="006C350E" w14:paraId="47E46617" w14:textId="77777777" w:rsidTr="005958B4">
        <w:trPr>
          <w:trHeight w:val="1367"/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F7E5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 xml:space="preserve">Application No. (Office use): </w:t>
            </w:r>
            <w:r>
              <w:rPr>
                <w:sz w:val="17"/>
              </w:rPr>
              <w:t>______________________________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FFCE" w14:textId="77777777" w:rsidR="006C350E" w:rsidRDefault="00C65959" w:rsidP="00E94DDF">
            <w:pPr>
              <w:spacing w:after="0" w:line="360" w:lineRule="auto"/>
              <w:jc w:val="center"/>
            </w:pPr>
            <w:r>
              <w:rPr>
                <w:sz w:val="17"/>
              </w:rPr>
              <w:t>AFFIX</w:t>
            </w:r>
            <w:r>
              <w:rPr>
                <w:sz w:val="17"/>
              </w:rPr>
              <w:br/>
              <w:t>RECENT</w:t>
            </w:r>
            <w:r>
              <w:rPr>
                <w:sz w:val="17"/>
              </w:rPr>
              <w:br/>
              <w:t>PASSPORT</w:t>
            </w:r>
            <w:r>
              <w:rPr>
                <w:sz w:val="17"/>
              </w:rPr>
              <w:br/>
              <w:t>SIZE</w:t>
            </w:r>
            <w:r>
              <w:rPr>
                <w:sz w:val="17"/>
              </w:rPr>
              <w:br/>
              <w:t>PHOTOGRAPH</w:t>
            </w:r>
          </w:p>
        </w:tc>
      </w:tr>
    </w:tbl>
    <w:p w14:paraId="202D5BB2" w14:textId="5589D729" w:rsidR="006C350E" w:rsidRDefault="00C65959" w:rsidP="00E94DDF">
      <w:pPr>
        <w:spacing w:line="360" w:lineRule="auto"/>
      </w:pPr>
      <w:r>
        <w:rPr>
          <w:b/>
          <w:sz w:val="22"/>
        </w:rPr>
        <w:t>A. PERSONAL DETAILS</w:t>
      </w:r>
    </w:p>
    <w:p w14:paraId="07237F41" w14:textId="77777777" w:rsidR="006C350E" w:rsidRDefault="00C65959" w:rsidP="00E94DDF">
      <w:pPr>
        <w:spacing w:after="20" w:line="360" w:lineRule="auto"/>
      </w:pPr>
      <w:r>
        <w:rPr>
          <w:b/>
        </w:rPr>
        <w:t>1. Name of Applicant (in CAPITAL letters):</w:t>
      </w:r>
      <w:r>
        <w:t xml:space="preserve"> ____________________</w:t>
      </w:r>
    </w:p>
    <w:p w14:paraId="77D58DF1" w14:textId="77777777" w:rsidR="006C350E" w:rsidRDefault="00C65959" w:rsidP="00E94DDF">
      <w:pPr>
        <w:spacing w:after="20" w:line="360" w:lineRule="auto"/>
      </w:pPr>
      <w:r>
        <w:rPr>
          <w:b/>
        </w:rPr>
        <w:t>2. Father’s / Mother’s / Spouse’s Name:</w:t>
      </w:r>
      <w:r>
        <w:t xml:space="preserve"> ____________________</w:t>
      </w:r>
    </w:p>
    <w:p w14:paraId="56B352A2" w14:textId="543B44F7" w:rsidR="006C350E" w:rsidRDefault="00C65959" w:rsidP="00E94DDF">
      <w:pPr>
        <w:spacing w:after="20" w:line="360" w:lineRule="auto"/>
      </w:pPr>
      <w:r>
        <w:rPr>
          <w:b/>
        </w:rPr>
        <w:t xml:space="preserve">3. Date of Birth (DD/MM/YYYY): </w:t>
      </w:r>
      <w:r w:rsidRPr="005958B4">
        <w:rPr>
          <w:b/>
          <w:u w:val="single"/>
        </w:rPr>
        <w:t xml:space="preserve">          </w:t>
      </w:r>
      <w:r w:rsidRPr="005958B4">
        <w:rPr>
          <w:b/>
          <w:u w:val="single"/>
        </w:rPr>
        <w:t xml:space="preserve">              </w:t>
      </w:r>
      <w:r w:rsidR="005958B4" w:rsidRPr="005958B4">
        <w:rPr>
          <w:b/>
          <w:u w:val="single"/>
        </w:rPr>
        <w:t xml:space="preserve">               </w:t>
      </w:r>
      <w:r w:rsidR="005958B4">
        <w:rPr>
          <w:b/>
        </w:rPr>
        <w:t xml:space="preserve">         </w:t>
      </w:r>
      <w:r>
        <w:rPr>
          <w:b/>
        </w:rPr>
        <w:t>4. Age as on 01.04.2026:</w:t>
      </w:r>
      <w:r>
        <w:t xml:space="preserve"> ____________________</w:t>
      </w:r>
    </w:p>
    <w:p w14:paraId="3875E2E6" w14:textId="243A79D5" w:rsidR="006C350E" w:rsidRDefault="00C65959" w:rsidP="00E94DDF">
      <w:pPr>
        <w:spacing w:after="20" w:line="360" w:lineRule="auto"/>
      </w:pPr>
      <w:r>
        <w:rPr>
          <w:b/>
        </w:rPr>
        <w:t xml:space="preserve">5. Gender:     </w:t>
      </w:r>
      <w:r w:rsidRPr="005958B4">
        <w:rPr>
          <w:b/>
          <w:u w:val="single"/>
        </w:rPr>
        <w:t xml:space="preserve">                            </w:t>
      </w:r>
      <w:r>
        <w:rPr>
          <w:b/>
        </w:rPr>
        <w:t xml:space="preserve">              </w:t>
      </w:r>
      <w:r w:rsidR="005958B4">
        <w:rPr>
          <w:b/>
        </w:rPr>
        <w:t xml:space="preserve">                                          </w:t>
      </w:r>
      <w:r>
        <w:rPr>
          <w:b/>
        </w:rPr>
        <w:t>6. Marital Status:</w:t>
      </w:r>
      <w:r>
        <w:t xml:space="preserve"> ____________________</w:t>
      </w:r>
    </w:p>
    <w:p w14:paraId="1D8E676D" w14:textId="77777777" w:rsidR="006C350E" w:rsidRDefault="00C65959" w:rsidP="00E94DDF">
      <w:pPr>
        <w:spacing w:after="20" w:line="360" w:lineRule="auto"/>
      </w:pPr>
      <w:r>
        <w:rPr>
          <w:b/>
        </w:rPr>
        <w:t>7. Category (UR/OBC/SC/ST/EWS/Oth</w:t>
      </w:r>
      <w:r>
        <w:rPr>
          <w:b/>
        </w:rPr>
        <w:t>er):</w:t>
      </w:r>
      <w:r>
        <w:t xml:space="preserve"> ____________________</w:t>
      </w:r>
    </w:p>
    <w:p w14:paraId="7B227A37" w14:textId="77777777" w:rsidR="006C350E" w:rsidRDefault="00C65959" w:rsidP="00E94DDF">
      <w:pPr>
        <w:spacing w:after="20" w:line="360" w:lineRule="auto"/>
      </w:pPr>
      <w:r>
        <w:rPr>
          <w:b/>
        </w:rPr>
        <w:t>8. Nationality:</w:t>
      </w:r>
      <w:r>
        <w:t xml:space="preserve"> ____________________</w:t>
      </w:r>
    </w:p>
    <w:p w14:paraId="74B783F7" w14:textId="75A8C2C9" w:rsidR="006C350E" w:rsidRDefault="00C65959" w:rsidP="00E94DDF">
      <w:pPr>
        <w:spacing w:after="20" w:line="360" w:lineRule="auto"/>
      </w:pPr>
      <w:r>
        <w:rPr>
          <w:b/>
        </w:rPr>
        <w:t>9. Address for Correspondence:</w:t>
      </w:r>
      <w:r>
        <w:t xml:space="preserve"> </w:t>
      </w:r>
      <w:r w:rsidR="005958B4">
        <w:t xml:space="preserve"> </w:t>
      </w:r>
      <w:r w:rsidR="00E94DDF">
        <w:t>_____________________________</w:t>
      </w:r>
      <w:r w:rsidR="005958B4">
        <w:t xml:space="preserve">     </w:t>
      </w:r>
    </w:p>
    <w:p w14:paraId="7E8250D0" w14:textId="592CC887" w:rsidR="005958B4" w:rsidRPr="005958B4" w:rsidRDefault="005958B4" w:rsidP="00E94DDF">
      <w:pPr>
        <w:spacing w:after="20" w:line="360" w:lineRule="auto"/>
      </w:pPr>
      <w:r>
        <w:t xml:space="preserve">     </w:t>
      </w:r>
    </w:p>
    <w:p w14:paraId="3F4EA1D4" w14:textId="77777777" w:rsidR="006C350E" w:rsidRDefault="00C65959" w:rsidP="00E94DDF">
      <w:pPr>
        <w:spacing w:after="20" w:line="360" w:lineRule="auto"/>
      </w:pPr>
      <w:r>
        <w:rPr>
          <w:b/>
        </w:rPr>
        <w:t>10. Permanent Address:</w:t>
      </w:r>
      <w:r>
        <w:t xml:space="preserve"> ____________________</w:t>
      </w:r>
    </w:p>
    <w:p w14:paraId="2B4C7827" w14:textId="77777777" w:rsidR="005958B4" w:rsidRDefault="005958B4" w:rsidP="00E94DDF">
      <w:pPr>
        <w:spacing w:after="20" w:line="360" w:lineRule="auto"/>
      </w:pPr>
    </w:p>
    <w:p w14:paraId="46A308AC" w14:textId="45ECDFAB" w:rsidR="006C350E" w:rsidRDefault="00C65959" w:rsidP="00E94DDF">
      <w:pPr>
        <w:spacing w:after="20" w:line="360" w:lineRule="auto"/>
      </w:pPr>
      <w:r>
        <w:rPr>
          <w:b/>
        </w:rPr>
        <w:t xml:space="preserve">11. Mobile No. 1: </w:t>
      </w:r>
      <w:r w:rsidRPr="005958B4">
        <w:rPr>
          <w:b/>
          <w:u w:val="single"/>
        </w:rPr>
        <w:t xml:space="preserve">                                 </w:t>
      </w:r>
      <w:r>
        <w:rPr>
          <w:b/>
        </w:rPr>
        <w:t xml:space="preserve">    </w:t>
      </w:r>
      <w:r w:rsidR="005958B4">
        <w:rPr>
          <w:b/>
        </w:rPr>
        <w:t xml:space="preserve">                                           </w:t>
      </w:r>
      <w:r>
        <w:rPr>
          <w:b/>
        </w:rPr>
        <w:t>Mobile No. 2:</w:t>
      </w:r>
      <w:r>
        <w:t xml:space="preserve"> ____________________</w:t>
      </w:r>
    </w:p>
    <w:p w14:paraId="77909356" w14:textId="77777777" w:rsidR="006C350E" w:rsidRDefault="00C65959" w:rsidP="00E94DDF">
      <w:pPr>
        <w:spacing w:after="20" w:line="360" w:lineRule="auto"/>
      </w:pPr>
      <w:r>
        <w:rPr>
          <w:b/>
        </w:rPr>
        <w:t>12. Email ID:</w:t>
      </w:r>
      <w:r>
        <w:t xml:space="preserve"> ____________________</w:t>
      </w:r>
    </w:p>
    <w:p w14:paraId="5638A11E" w14:textId="77777777" w:rsidR="005958B4" w:rsidRDefault="005958B4" w:rsidP="00E94DDF">
      <w:pPr>
        <w:spacing w:after="20" w:line="360" w:lineRule="auto"/>
      </w:pPr>
    </w:p>
    <w:p w14:paraId="007136D1" w14:textId="77777777" w:rsidR="006C350E" w:rsidRDefault="00C65959" w:rsidP="00E94DDF">
      <w:pPr>
        <w:spacing w:line="360" w:lineRule="auto"/>
      </w:pPr>
      <w:r>
        <w:rPr>
          <w:b/>
          <w:sz w:val="22"/>
        </w:rPr>
        <w:t>B. PROFESSIONAL &amp; EMPLOYMENT DETAILS</w:t>
      </w:r>
    </w:p>
    <w:p w14:paraId="1250AB0C" w14:textId="77777777" w:rsidR="006C350E" w:rsidRDefault="00C65959" w:rsidP="00E94DDF">
      <w:pPr>
        <w:spacing w:after="20" w:line="360" w:lineRule="auto"/>
      </w:pPr>
      <w:r>
        <w:rPr>
          <w:b/>
        </w:rPr>
        <w:t>13. Present Employer / Institution:</w:t>
      </w:r>
      <w:r>
        <w:t xml:space="preserve"> ____________________</w:t>
      </w:r>
    </w:p>
    <w:p w14:paraId="3BBEAAE6" w14:textId="77777777" w:rsidR="006C350E" w:rsidRDefault="00C65959" w:rsidP="00E94DDF">
      <w:pPr>
        <w:spacing w:after="20" w:line="360" w:lineRule="auto"/>
      </w:pPr>
      <w:r>
        <w:rPr>
          <w:b/>
        </w:rPr>
        <w:t>14. Date of Joining Present Institution:</w:t>
      </w:r>
      <w:r>
        <w:t xml:space="preserve"> ____________________</w:t>
      </w:r>
    </w:p>
    <w:p w14:paraId="1CAF2019" w14:textId="77777777" w:rsidR="006C350E" w:rsidRDefault="00C65959" w:rsidP="00E94DDF">
      <w:pPr>
        <w:spacing w:after="20" w:line="360" w:lineRule="auto"/>
      </w:pPr>
      <w:r>
        <w:rPr>
          <w:b/>
        </w:rPr>
        <w:t>15. Present Designation:</w:t>
      </w:r>
      <w:r>
        <w:t xml:space="preserve"> ____________________</w:t>
      </w:r>
    </w:p>
    <w:p w14:paraId="056F157C" w14:textId="77777777" w:rsidR="006C350E" w:rsidRDefault="00C65959" w:rsidP="00E94DDF">
      <w:pPr>
        <w:spacing w:after="20" w:line="360" w:lineRule="auto"/>
      </w:pPr>
      <w:r>
        <w:rPr>
          <w:b/>
        </w:rPr>
        <w:t>16. Nature of Appointment (Permanent/Contractual/Other):</w:t>
      </w:r>
      <w:r>
        <w:t xml:space="preserve"> ____________________</w:t>
      </w:r>
    </w:p>
    <w:p w14:paraId="1197E495" w14:textId="77777777" w:rsidR="006C350E" w:rsidRDefault="00C65959" w:rsidP="00E94DDF">
      <w:pPr>
        <w:spacing w:after="20" w:line="360" w:lineRule="auto"/>
      </w:pPr>
      <w:r>
        <w:rPr>
          <w:b/>
        </w:rPr>
        <w:t>17. Present Basic Pay / Pay Level / Pay Scale:</w:t>
      </w:r>
      <w:r>
        <w:t xml:space="preserve"> ____________________</w:t>
      </w:r>
    </w:p>
    <w:p w14:paraId="0B28D3E4" w14:textId="77777777" w:rsidR="006C350E" w:rsidRDefault="00C65959" w:rsidP="00E94DDF">
      <w:pPr>
        <w:spacing w:after="20" w:line="360" w:lineRule="auto"/>
      </w:pPr>
      <w:r>
        <w:rPr>
          <w:b/>
        </w:rPr>
        <w:t>18. Gross Monthly Salary:</w:t>
      </w:r>
      <w:r>
        <w:t xml:space="preserve"> ________________</w:t>
      </w:r>
      <w:r>
        <w:t>____</w:t>
      </w:r>
    </w:p>
    <w:p w14:paraId="3855884D" w14:textId="77777777" w:rsidR="006C350E" w:rsidRDefault="00C65959" w:rsidP="00E94DDF">
      <w:pPr>
        <w:spacing w:after="20" w:line="360" w:lineRule="auto"/>
      </w:pPr>
      <w:r>
        <w:rPr>
          <w:b/>
        </w:rPr>
        <w:t>19. Notice Period / Expected Date of Joining:</w:t>
      </w:r>
      <w:r>
        <w:t xml:space="preserve"> ____________________</w:t>
      </w:r>
    </w:p>
    <w:p w14:paraId="445ACDD6" w14:textId="411FC187" w:rsidR="006C350E" w:rsidRDefault="00C65959" w:rsidP="00E94DDF">
      <w:pPr>
        <w:spacing w:line="360" w:lineRule="auto"/>
        <w:rPr>
          <w:b/>
          <w:sz w:val="22"/>
        </w:rPr>
      </w:pPr>
      <w:r>
        <w:rPr>
          <w:b/>
          <w:sz w:val="22"/>
        </w:rPr>
        <w:t>C. EDUCATIONAL &amp; PROFESSIONAL QUALIFICATIONS</w:t>
      </w:r>
    </w:p>
    <w:p w14:paraId="7A5037B9" w14:textId="7276B2AF" w:rsidR="00C65959" w:rsidRDefault="00C65959" w:rsidP="00E94DDF">
      <w:pPr>
        <w:spacing w:line="360" w:lineRule="auto"/>
      </w:pPr>
    </w:p>
    <w:p w14:paraId="4EB1D4CA" w14:textId="173D34E8" w:rsidR="00C65959" w:rsidRDefault="00C65959" w:rsidP="00E94DDF">
      <w:pPr>
        <w:spacing w:line="360" w:lineRule="auto"/>
      </w:pPr>
    </w:p>
    <w:p w14:paraId="222374DC" w14:textId="77777777" w:rsidR="00C65959" w:rsidRDefault="00C65959" w:rsidP="00E94DDF">
      <w:pPr>
        <w:spacing w:line="360" w:lineRule="auto"/>
      </w:pPr>
    </w:p>
    <w:p w14:paraId="6A9758BE" w14:textId="77777777" w:rsidR="006C350E" w:rsidRDefault="00C65959" w:rsidP="00E94DDF">
      <w:pPr>
        <w:spacing w:line="360" w:lineRule="auto"/>
      </w:pPr>
      <w:r>
        <w:rPr>
          <w:b/>
        </w:rPr>
        <w:lastRenderedPageBreak/>
        <w:t>20. Educational qualifications (in chronological order from Class X onwards):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 w:rsidR="006C350E" w14:paraId="2D95EA13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4E3C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S.No.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2C23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Examination / Degree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1A7A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Year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730A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Board / University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33BB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Subjects /</w:t>
            </w:r>
            <w:r>
              <w:rPr>
                <w:sz w:val="17"/>
              </w:rPr>
              <w:t xml:space="preserve"> Specialization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5265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% / CGPA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AEC8" w14:textId="12513778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Remarks</w:t>
            </w:r>
            <w:r w:rsidR="002A3B2E">
              <w:rPr>
                <w:sz w:val="17"/>
              </w:rPr>
              <w:t>, if any</w:t>
            </w:r>
          </w:p>
        </w:tc>
      </w:tr>
      <w:tr w:rsidR="006C350E" w14:paraId="2ACA155C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B65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0BF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6BD6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A77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6474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9E2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A969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41872C6E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39C6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221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B3CA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0C8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36B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C43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ED1C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4081DB30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48F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C66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50B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04A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4C8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64E8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E2E8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0BA47E3B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927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74EA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14F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21E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554A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BE78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B91D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0EB69024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581A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BFE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CE5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EB9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DF58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0FB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4DD5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41C397FB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6B8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EDC1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05F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BE7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736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7CB9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A44B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30D770B5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3DA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A508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DF5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4E9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DB3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361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A0B0" w14:textId="77777777" w:rsidR="006C350E" w:rsidRDefault="006C350E" w:rsidP="00E94DDF">
            <w:pPr>
              <w:spacing w:after="0" w:line="360" w:lineRule="auto"/>
            </w:pPr>
          </w:p>
        </w:tc>
      </w:tr>
      <w:tr w:rsidR="002A3B2E" w14:paraId="0E83FBE9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F81F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A005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A2BB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9B48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C73C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3DD6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0A18" w14:textId="77777777" w:rsidR="002A3B2E" w:rsidRDefault="002A3B2E" w:rsidP="00E94DDF">
            <w:pPr>
              <w:spacing w:after="0" w:line="360" w:lineRule="auto"/>
            </w:pPr>
          </w:p>
        </w:tc>
      </w:tr>
      <w:tr w:rsidR="002A3B2E" w14:paraId="1EAF9534" w14:textId="77777777">
        <w:trPr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1378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B7A4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C846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FA07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94CB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F6B5" w14:textId="77777777" w:rsidR="002A3B2E" w:rsidRDefault="002A3B2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31C2" w14:textId="77777777" w:rsidR="002A3B2E" w:rsidRDefault="002A3B2E" w:rsidP="00E94DDF">
            <w:pPr>
              <w:spacing w:after="0" w:line="360" w:lineRule="auto"/>
            </w:pPr>
          </w:p>
        </w:tc>
      </w:tr>
    </w:tbl>
    <w:p w14:paraId="4ECF8532" w14:textId="77777777" w:rsidR="002A3B2E" w:rsidRDefault="002A3B2E" w:rsidP="00E94DDF">
      <w:pPr>
        <w:spacing w:line="360" w:lineRule="auto"/>
        <w:rPr>
          <w:b/>
        </w:rPr>
      </w:pPr>
    </w:p>
    <w:p w14:paraId="540B9177" w14:textId="4532F436" w:rsidR="006C350E" w:rsidRDefault="00C65959" w:rsidP="00E94DDF">
      <w:pPr>
        <w:spacing w:line="360" w:lineRule="auto"/>
      </w:pPr>
      <w:r>
        <w:rPr>
          <w:b/>
        </w:rPr>
        <w:t>21. Professional qualifications / certifications (B.Ed., M.Ed., TET/CTET, etc.):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6C350E" w14:paraId="46A0665B" w14:textId="77777777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6788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Qualification / Certification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BC6D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Institution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6A47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Year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06F9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Grade / Marks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6EDA" w14:textId="5C2AFDD0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Remarks</w:t>
            </w:r>
            <w:r w:rsidR="002A3B2E">
              <w:rPr>
                <w:sz w:val="17"/>
              </w:rPr>
              <w:t>, if any</w:t>
            </w:r>
          </w:p>
        </w:tc>
      </w:tr>
      <w:tr w:rsidR="006C350E" w14:paraId="5AC431A5" w14:textId="77777777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7DA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A21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32D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2E3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5628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7868E2B9" w14:textId="77777777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5D2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B089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572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55C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6845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2967A820" w14:textId="77777777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D43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D38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5BE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8A89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71C7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0EECA345" w14:textId="77777777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9C6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1D6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4B3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28C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DDAB" w14:textId="77777777" w:rsidR="006C350E" w:rsidRDefault="006C350E" w:rsidP="00E94DDF">
            <w:pPr>
              <w:spacing w:after="0" w:line="360" w:lineRule="auto"/>
            </w:pPr>
          </w:p>
        </w:tc>
      </w:tr>
    </w:tbl>
    <w:p w14:paraId="27403FBF" w14:textId="7857EC13" w:rsidR="006C350E" w:rsidRDefault="00C65959" w:rsidP="00E94DDF">
      <w:pPr>
        <w:spacing w:line="360" w:lineRule="auto"/>
      </w:pPr>
      <w:r>
        <w:rPr>
          <w:b/>
          <w:sz w:val="22"/>
        </w:rPr>
        <w:t>D. TEACHING, ADMINISTRATIVE &amp; LEADERSHIP EXPERIENCE</w:t>
      </w:r>
    </w:p>
    <w:p w14:paraId="66DA4645" w14:textId="77777777" w:rsidR="006C350E" w:rsidRDefault="00C65959" w:rsidP="00E94DDF">
      <w:pPr>
        <w:spacing w:line="360" w:lineRule="auto"/>
      </w:pPr>
      <w:r>
        <w:rPr>
          <w:b/>
        </w:rPr>
        <w:t>22. Experience (in chronological order):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 w:rsidR="006C350E" w14:paraId="007F7FCC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B4A2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S.No.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9674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Post Held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8D52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Organization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70EE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From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5B1C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To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3CBA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Total Duration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99A4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Pay Scale / Salary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FBE5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Nature of Duties</w:t>
            </w:r>
          </w:p>
        </w:tc>
      </w:tr>
      <w:tr w:rsidR="006C350E" w14:paraId="7698579E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7579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7DE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994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259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07E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D2C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F0E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372B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048E6217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30E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B68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6A36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606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020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848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516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F47F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598EA7F8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B77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2E8A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185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4C0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6544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B3B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A29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6788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2F32283E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AD9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1AD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E77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BA9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242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B7F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9CAC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1F79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2DD2B221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B0B6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F5F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888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6D2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3D2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BB7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A9F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3BDF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522E9E1E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66D8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318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DA3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8031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8AF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807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E73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A981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22A359A7" w14:textId="7777777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C016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E801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4A4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40F1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36A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0A4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BB7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4E86" w14:textId="77777777" w:rsidR="006C350E" w:rsidRDefault="006C350E" w:rsidP="00E94DDF">
            <w:pPr>
              <w:spacing w:after="0" w:line="360" w:lineRule="auto"/>
            </w:pPr>
          </w:p>
        </w:tc>
      </w:tr>
    </w:tbl>
    <w:p w14:paraId="6FB30F84" w14:textId="0A35B73E" w:rsidR="006C350E" w:rsidRDefault="00C65959" w:rsidP="00E94DDF">
      <w:pPr>
        <w:spacing w:line="360" w:lineRule="auto"/>
      </w:pPr>
      <w:r>
        <w:rPr>
          <w:b/>
        </w:rPr>
        <w:t>23. Details of experience specifically in school leadership / administration: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 w:rsidR="006C350E" w14:paraId="7630BFD6" w14:textId="77777777"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2F77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Institution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D373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Position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E035" w14:textId="3FB8D725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From</w:t>
            </w:r>
            <w:r w:rsidR="002A3B2E">
              <w:rPr>
                <w:sz w:val="17"/>
              </w:rPr>
              <w:t xml:space="preserve"> </w:t>
            </w:r>
            <w:r>
              <w:rPr>
                <w:sz w:val="17"/>
              </w:rPr>
              <w:t>–</w:t>
            </w:r>
            <w:r w:rsidR="002A3B2E">
              <w:rPr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DA4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No. of Students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C4FE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No. of Teachers / Staff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2B00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Major Responsibilities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79F8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Major Achievements</w:t>
            </w:r>
          </w:p>
        </w:tc>
      </w:tr>
      <w:tr w:rsidR="006C350E" w14:paraId="1D01F7BB" w14:textId="77777777"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5D0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42D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15C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A3C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68761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458A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ACE6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2C25869E" w14:textId="77777777"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844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166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294A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B46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C56D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DEC8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9185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0BEE1938" w14:textId="77777777"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131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71C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C4A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1155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B03C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DD24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84EB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05CB4769" w14:textId="77777777"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37C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F314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2BC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E94E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380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D3C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9F4E" w14:textId="77777777" w:rsidR="006C350E" w:rsidRDefault="006C350E" w:rsidP="00E94DDF">
            <w:pPr>
              <w:spacing w:after="0" w:line="360" w:lineRule="auto"/>
            </w:pPr>
          </w:p>
        </w:tc>
      </w:tr>
    </w:tbl>
    <w:p w14:paraId="4C386391" w14:textId="77777777" w:rsidR="00C65959" w:rsidRDefault="00C65959" w:rsidP="00E94DDF">
      <w:pPr>
        <w:spacing w:line="360" w:lineRule="auto"/>
        <w:rPr>
          <w:b/>
          <w:sz w:val="22"/>
        </w:rPr>
      </w:pPr>
    </w:p>
    <w:p w14:paraId="0F07E131" w14:textId="4546E7D3" w:rsidR="00122D88" w:rsidRDefault="00C65959" w:rsidP="00E94DDF">
      <w:pPr>
        <w:spacing w:line="360" w:lineRule="auto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lastRenderedPageBreak/>
        <w:t>E. ACADEMIC, ADMINISTRATIVE &amp; PROFESSIONAL ACHIEVEMENTS</w:t>
      </w:r>
    </w:p>
    <w:p w14:paraId="25395149" w14:textId="19AFF99E" w:rsidR="002A3B2E" w:rsidRDefault="002A3B2E" w:rsidP="00E94DDF">
      <w:pPr>
        <w:spacing w:line="360" w:lineRule="auto"/>
      </w:pPr>
      <w:proofErr w:type="gramStart"/>
      <w:r>
        <w:rPr>
          <w:b/>
          <w:sz w:val="22"/>
        </w:rPr>
        <w:t>( Provide</w:t>
      </w:r>
      <w:proofErr w:type="gramEnd"/>
      <w:r>
        <w:rPr>
          <w:b/>
          <w:sz w:val="22"/>
        </w:rPr>
        <w:t xml:space="preserve"> a separate sheet if required )</w:t>
      </w:r>
    </w:p>
    <w:p w14:paraId="44D384A0" w14:textId="77777777" w:rsidR="006C350E" w:rsidRDefault="00C65959" w:rsidP="00E94DDF">
      <w:pPr>
        <w:spacing w:after="20" w:line="360" w:lineRule="auto"/>
      </w:pPr>
      <w:r>
        <w:rPr>
          <w:b/>
        </w:rPr>
        <w:t>24. Major academic achievements / improvements in student performance:</w:t>
      </w:r>
      <w:r>
        <w:t xml:space="preserve"> ____________________</w:t>
      </w:r>
    </w:p>
    <w:p w14:paraId="4A3FB8C8" w14:textId="77777777" w:rsidR="002A3B2E" w:rsidRDefault="002A3B2E" w:rsidP="00E94DDF">
      <w:pPr>
        <w:spacing w:after="20" w:line="360" w:lineRule="auto"/>
      </w:pPr>
    </w:p>
    <w:p w14:paraId="0193C5DF" w14:textId="77777777" w:rsidR="006C350E" w:rsidRDefault="00C65959" w:rsidP="00E94DDF">
      <w:pPr>
        <w:spacing w:after="20" w:line="360" w:lineRule="auto"/>
      </w:pPr>
      <w:r>
        <w:rPr>
          <w:b/>
        </w:rPr>
        <w:t>25. Major administrative / institutional achievements:</w:t>
      </w:r>
      <w:r>
        <w:t xml:space="preserve"> ___________</w:t>
      </w:r>
      <w:r>
        <w:t>_________</w:t>
      </w:r>
    </w:p>
    <w:p w14:paraId="7274CA6B" w14:textId="77777777" w:rsidR="002A3B2E" w:rsidRDefault="002A3B2E" w:rsidP="00E94DDF">
      <w:pPr>
        <w:spacing w:after="20" w:line="360" w:lineRule="auto"/>
      </w:pPr>
    </w:p>
    <w:p w14:paraId="1D1AA407" w14:textId="77777777" w:rsidR="006C350E" w:rsidRDefault="00C65959" w:rsidP="00E94DDF">
      <w:pPr>
        <w:spacing w:after="20" w:line="360" w:lineRule="auto"/>
      </w:pPr>
      <w:r>
        <w:rPr>
          <w:b/>
        </w:rPr>
        <w:t>26. Experience in Board / CBSE / school affiliation, inspection or examination-related work:</w:t>
      </w:r>
      <w:r>
        <w:t xml:space="preserve"> ____________________</w:t>
      </w:r>
    </w:p>
    <w:p w14:paraId="2B7988B0" w14:textId="77777777" w:rsidR="002A3B2E" w:rsidRDefault="002A3B2E" w:rsidP="00E94DDF">
      <w:pPr>
        <w:spacing w:after="20" w:line="360" w:lineRule="auto"/>
      </w:pPr>
    </w:p>
    <w:p w14:paraId="221353DF" w14:textId="77777777" w:rsidR="006C350E" w:rsidRDefault="00C65959" w:rsidP="00E94DDF">
      <w:pPr>
        <w:spacing w:after="20" w:line="360" w:lineRule="auto"/>
      </w:pPr>
      <w:r>
        <w:rPr>
          <w:b/>
        </w:rPr>
        <w:t>27. Experience in staff recruitment, appraisal, training and performance management:</w:t>
      </w:r>
      <w:r>
        <w:t xml:space="preserve"> ____________________</w:t>
      </w:r>
    </w:p>
    <w:p w14:paraId="1ADD0D32" w14:textId="77777777" w:rsidR="002A3B2E" w:rsidRDefault="002A3B2E" w:rsidP="00E94DDF">
      <w:pPr>
        <w:spacing w:after="20" w:line="360" w:lineRule="auto"/>
      </w:pPr>
    </w:p>
    <w:p w14:paraId="5A85613F" w14:textId="77777777" w:rsidR="006C350E" w:rsidRDefault="00C65959" w:rsidP="00E94DDF">
      <w:pPr>
        <w:spacing w:after="20" w:line="360" w:lineRule="auto"/>
      </w:pPr>
      <w:r>
        <w:rPr>
          <w:b/>
        </w:rPr>
        <w:t xml:space="preserve">28. Experience in </w:t>
      </w:r>
      <w:r>
        <w:rPr>
          <w:b/>
        </w:rPr>
        <w:t>student discipline, welfare, counselling and parent–teacher coordination:</w:t>
      </w:r>
      <w:r>
        <w:t xml:space="preserve"> ____________________</w:t>
      </w:r>
    </w:p>
    <w:p w14:paraId="49F09E2B" w14:textId="05866FF3" w:rsidR="006C350E" w:rsidRDefault="006C350E" w:rsidP="00E94DDF">
      <w:pPr>
        <w:spacing w:after="20" w:line="360" w:lineRule="auto"/>
      </w:pPr>
    </w:p>
    <w:p w14:paraId="2EF0A58C" w14:textId="081D7C50" w:rsidR="006C350E" w:rsidRDefault="002A3B2E" w:rsidP="00E94DDF">
      <w:pPr>
        <w:spacing w:after="20" w:line="360" w:lineRule="auto"/>
      </w:pPr>
      <w:r>
        <w:rPr>
          <w:b/>
        </w:rPr>
        <w:t>29. Awards / honours / recognitions received:</w:t>
      </w:r>
      <w:r>
        <w:t xml:space="preserve"> ____________________</w:t>
      </w:r>
    </w:p>
    <w:p w14:paraId="6D9B77D3" w14:textId="77777777" w:rsidR="002A3B2E" w:rsidRDefault="002A3B2E" w:rsidP="00E94DDF">
      <w:pPr>
        <w:spacing w:after="20" w:line="360" w:lineRule="auto"/>
      </w:pPr>
    </w:p>
    <w:p w14:paraId="1B223BE9" w14:textId="34616ABE" w:rsidR="006C350E" w:rsidRDefault="00C65959" w:rsidP="00E94DDF">
      <w:pPr>
        <w:spacing w:after="20" w:line="360" w:lineRule="auto"/>
      </w:pPr>
      <w:r>
        <w:rPr>
          <w:b/>
        </w:rPr>
        <w:t>3</w:t>
      </w:r>
      <w:r w:rsidR="002A3B2E">
        <w:rPr>
          <w:b/>
        </w:rPr>
        <w:t>0</w:t>
      </w:r>
      <w:r>
        <w:rPr>
          <w:b/>
        </w:rPr>
        <w:t>. Computer / digital proficiency and school ERP / LMS experience:</w:t>
      </w:r>
      <w:r>
        <w:t xml:space="preserve"> ____________________</w:t>
      </w:r>
    </w:p>
    <w:p w14:paraId="3D79DE13" w14:textId="77777777" w:rsidR="002A3B2E" w:rsidRDefault="002A3B2E" w:rsidP="00E94DDF">
      <w:pPr>
        <w:spacing w:after="20" w:line="360" w:lineRule="auto"/>
      </w:pPr>
    </w:p>
    <w:p w14:paraId="0B6112AB" w14:textId="77777777" w:rsidR="006C350E" w:rsidRDefault="00C65959" w:rsidP="00E94DDF">
      <w:pPr>
        <w:spacing w:line="360" w:lineRule="auto"/>
      </w:pPr>
      <w:r>
        <w:rPr>
          <w:b/>
          <w:sz w:val="22"/>
        </w:rPr>
        <w:t>F.</w:t>
      </w:r>
      <w:r>
        <w:rPr>
          <w:b/>
          <w:sz w:val="22"/>
        </w:rPr>
        <w:t xml:space="preserve"> TRAINING, WORKSHOPS &amp; EXTRA-CURRICULAR ACTIVITIES</w:t>
      </w:r>
    </w:p>
    <w:p w14:paraId="2615E65E" w14:textId="25B2CD9E" w:rsidR="006C350E" w:rsidRDefault="00C65959" w:rsidP="00E94DDF">
      <w:pPr>
        <w:spacing w:after="20" w:line="360" w:lineRule="auto"/>
      </w:pPr>
      <w:r>
        <w:rPr>
          <w:b/>
        </w:rPr>
        <w:t>3</w:t>
      </w:r>
      <w:r w:rsidR="002A3B2E">
        <w:rPr>
          <w:b/>
        </w:rPr>
        <w:t>1</w:t>
      </w:r>
      <w:r>
        <w:rPr>
          <w:b/>
        </w:rPr>
        <w:t>. Special programmes / workshops / seminars organized or attended:</w:t>
      </w:r>
      <w:r>
        <w:t xml:space="preserve"> ____________________</w:t>
      </w:r>
    </w:p>
    <w:p w14:paraId="587E59AE" w14:textId="77777777" w:rsidR="002A3B2E" w:rsidRDefault="002A3B2E" w:rsidP="00E94DDF">
      <w:pPr>
        <w:spacing w:after="20" w:line="360" w:lineRule="auto"/>
      </w:pPr>
    </w:p>
    <w:p w14:paraId="31335920" w14:textId="6E21785C" w:rsidR="006C350E" w:rsidRDefault="00C65959" w:rsidP="00E94DDF">
      <w:pPr>
        <w:spacing w:after="20" w:line="360" w:lineRule="auto"/>
      </w:pPr>
      <w:r>
        <w:rPr>
          <w:b/>
        </w:rPr>
        <w:t>3</w:t>
      </w:r>
      <w:r w:rsidR="002A3B2E">
        <w:rPr>
          <w:b/>
        </w:rPr>
        <w:t>2</w:t>
      </w:r>
      <w:r>
        <w:rPr>
          <w:b/>
        </w:rPr>
        <w:t>. Extra-curricular activities, sports, cultural or other proficiencies:</w:t>
      </w:r>
      <w:r>
        <w:t xml:space="preserve"> ____________________</w:t>
      </w:r>
    </w:p>
    <w:p w14:paraId="6877E7D5" w14:textId="77777777" w:rsidR="002A3B2E" w:rsidRDefault="002A3B2E" w:rsidP="00E94DDF">
      <w:pPr>
        <w:spacing w:after="20" w:line="360" w:lineRule="auto"/>
      </w:pPr>
    </w:p>
    <w:p w14:paraId="19EEE437" w14:textId="21AF3ECE" w:rsidR="006C350E" w:rsidRDefault="00C65959" w:rsidP="00E94DDF">
      <w:pPr>
        <w:spacing w:after="20" w:line="360" w:lineRule="auto"/>
      </w:pPr>
      <w:r>
        <w:rPr>
          <w:b/>
        </w:rPr>
        <w:t>3</w:t>
      </w:r>
      <w:r w:rsidR="002A3B2E">
        <w:rPr>
          <w:b/>
        </w:rPr>
        <w:t>3</w:t>
      </w:r>
      <w:r>
        <w:rPr>
          <w:b/>
        </w:rPr>
        <w:t>. Positions of r</w:t>
      </w:r>
      <w:r>
        <w:rPr>
          <w:b/>
        </w:rPr>
        <w:t>esponsibility / leadership in professional or educational activities:</w:t>
      </w:r>
      <w:r>
        <w:t xml:space="preserve"> ____________________</w:t>
      </w:r>
    </w:p>
    <w:p w14:paraId="253F8F4E" w14:textId="77777777" w:rsidR="002A3B2E" w:rsidRDefault="002A3B2E" w:rsidP="00E94DDF">
      <w:pPr>
        <w:spacing w:after="20" w:line="360" w:lineRule="auto"/>
      </w:pPr>
    </w:p>
    <w:p w14:paraId="7CB5BF4F" w14:textId="09DF053E" w:rsidR="006C350E" w:rsidRDefault="00C65959" w:rsidP="00E94DDF">
      <w:pPr>
        <w:spacing w:after="20" w:line="360" w:lineRule="auto"/>
      </w:pPr>
      <w:r>
        <w:rPr>
          <w:b/>
        </w:rPr>
        <w:t>3</w:t>
      </w:r>
      <w:r w:rsidR="002A3B2E">
        <w:rPr>
          <w:b/>
        </w:rPr>
        <w:t>4</w:t>
      </w:r>
      <w:r>
        <w:rPr>
          <w:b/>
        </w:rPr>
        <w:t>. Languages known (Read / Write / Speak):</w:t>
      </w:r>
      <w:r>
        <w:t xml:space="preserve"> ____________________</w:t>
      </w:r>
    </w:p>
    <w:p w14:paraId="090BE60F" w14:textId="77777777" w:rsidR="002A3B2E" w:rsidRDefault="002A3B2E" w:rsidP="00E94DDF">
      <w:pPr>
        <w:spacing w:after="20" w:line="360" w:lineRule="auto"/>
      </w:pPr>
    </w:p>
    <w:p w14:paraId="637935C7" w14:textId="77777777" w:rsidR="006C350E" w:rsidRDefault="00C65959" w:rsidP="00E94DDF">
      <w:pPr>
        <w:spacing w:line="360" w:lineRule="auto"/>
      </w:pPr>
      <w:r>
        <w:rPr>
          <w:b/>
          <w:sz w:val="22"/>
        </w:rPr>
        <w:t>G. VISION &amp; SUITABILITY FOR THE POST</w:t>
      </w:r>
    </w:p>
    <w:p w14:paraId="3C110BB4" w14:textId="71C0925D" w:rsidR="006C350E" w:rsidRDefault="00C65959" w:rsidP="00E94DDF">
      <w:pPr>
        <w:spacing w:after="20" w:line="360" w:lineRule="auto"/>
      </w:pPr>
      <w:r>
        <w:rPr>
          <w:b/>
        </w:rPr>
        <w:t>3</w:t>
      </w:r>
      <w:r w:rsidR="002A3B2E">
        <w:rPr>
          <w:b/>
        </w:rPr>
        <w:t>5</w:t>
      </w:r>
      <w:r>
        <w:rPr>
          <w:b/>
        </w:rPr>
        <w:t>. Briefly state your vision and priorities for the developm</w:t>
      </w:r>
      <w:r>
        <w:rPr>
          <w:b/>
        </w:rPr>
        <w:t>ent of ABN Senior Secondary School over the next five years:</w:t>
      </w:r>
      <w:r>
        <w:t xml:space="preserve"> ____________________</w:t>
      </w:r>
    </w:p>
    <w:p w14:paraId="74FACE41" w14:textId="5DB16DCF" w:rsidR="006C350E" w:rsidRDefault="00C65959" w:rsidP="00E94DDF">
      <w:pPr>
        <w:spacing w:after="20" w:line="360" w:lineRule="auto"/>
      </w:pPr>
      <w:r>
        <w:rPr>
          <w:b/>
        </w:rPr>
        <w:t>3</w:t>
      </w:r>
      <w:r w:rsidR="002A3B2E">
        <w:rPr>
          <w:b/>
        </w:rPr>
        <w:t>6</w:t>
      </w:r>
      <w:r>
        <w:rPr>
          <w:b/>
        </w:rPr>
        <w:t>. Mention three major contributions you can make as Principal:</w:t>
      </w:r>
      <w:r>
        <w:t xml:space="preserve"> ____________________</w:t>
      </w:r>
    </w:p>
    <w:p w14:paraId="54C799F5" w14:textId="0CBEF72B" w:rsidR="006C350E" w:rsidRDefault="00C65959" w:rsidP="00E94DDF">
      <w:pPr>
        <w:spacing w:after="20" w:line="360" w:lineRule="auto"/>
      </w:pPr>
      <w:r>
        <w:rPr>
          <w:b/>
        </w:rPr>
        <w:t>3</w:t>
      </w:r>
      <w:r w:rsidR="00500112">
        <w:rPr>
          <w:b/>
        </w:rPr>
        <w:t>7</w:t>
      </w:r>
      <w:r>
        <w:rPr>
          <w:b/>
        </w:rPr>
        <w:t>. Any other information relevant to your candidature:</w:t>
      </w:r>
      <w:r>
        <w:t xml:space="preserve"> ____________________</w:t>
      </w:r>
    </w:p>
    <w:p w14:paraId="1309CB83" w14:textId="77777777" w:rsidR="00500112" w:rsidRDefault="00500112" w:rsidP="00E94DDF">
      <w:pPr>
        <w:spacing w:after="20" w:line="360" w:lineRule="auto"/>
      </w:pPr>
    </w:p>
    <w:p w14:paraId="086A4012" w14:textId="77777777" w:rsidR="006C350E" w:rsidRDefault="00C65959" w:rsidP="00E94DDF">
      <w:pPr>
        <w:spacing w:line="360" w:lineRule="auto"/>
      </w:pPr>
      <w:r>
        <w:rPr>
          <w:b/>
          <w:sz w:val="22"/>
        </w:rPr>
        <w:t>H. BACKGRO</w:t>
      </w:r>
      <w:r>
        <w:rPr>
          <w:b/>
          <w:sz w:val="22"/>
        </w:rPr>
        <w:t>UND / DECLARATION OF SERVICE RECORD</w:t>
      </w:r>
    </w:p>
    <w:p w14:paraId="6F28B3E0" w14:textId="5988ED44" w:rsidR="006C350E" w:rsidRDefault="00500112" w:rsidP="00E94DDF">
      <w:pPr>
        <w:spacing w:after="20" w:line="360" w:lineRule="auto"/>
      </w:pPr>
      <w:r>
        <w:rPr>
          <w:b/>
        </w:rPr>
        <w:t>38. Have you ever been found guilty of any offence or misconduct during professional service?  YES / NO</w:t>
      </w:r>
      <w:r>
        <w:t xml:space="preserve"> ________</w:t>
      </w:r>
    </w:p>
    <w:p w14:paraId="07898134" w14:textId="543C0D9C" w:rsidR="006C350E" w:rsidRDefault="00500112" w:rsidP="00E94DDF">
      <w:pPr>
        <w:spacing w:after="20" w:line="360" w:lineRule="auto"/>
      </w:pPr>
      <w:r>
        <w:rPr>
          <w:b/>
        </w:rPr>
        <w:t>39. Are any disciplinary proceedings pending or contemplated against you?  YES / NO</w:t>
      </w:r>
      <w:r>
        <w:t xml:space="preserve"> ____________________</w:t>
      </w:r>
    </w:p>
    <w:p w14:paraId="412E5FDD" w14:textId="03C178F9" w:rsidR="006C350E" w:rsidRDefault="00C65959" w:rsidP="00E94DDF">
      <w:pPr>
        <w:spacing w:after="20" w:line="360" w:lineRule="auto"/>
      </w:pPr>
      <w:r>
        <w:rPr>
          <w:b/>
        </w:rPr>
        <w:t>4</w:t>
      </w:r>
      <w:r w:rsidR="00500112">
        <w:rPr>
          <w:b/>
        </w:rPr>
        <w:t>0</w:t>
      </w:r>
      <w:r>
        <w:rPr>
          <w:b/>
        </w:rPr>
        <w:t>. Are any criminal proceedings pending against you?  YES / NO</w:t>
      </w:r>
      <w:r>
        <w:t xml:space="preserve"> ____________________</w:t>
      </w:r>
    </w:p>
    <w:p w14:paraId="2B206F10" w14:textId="38CE7730" w:rsidR="006C350E" w:rsidRDefault="00C65959" w:rsidP="00E94DDF">
      <w:pPr>
        <w:spacing w:after="20" w:line="360" w:lineRule="auto"/>
      </w:pPr>
      <w:r>
        <w:rPr>
          <w:b/>
        </w:rPr>
        <w:t>4</w:t>
      </w:r>
      <w:r w:rsidR="00500112">
        <w:rPr>
          <w:b/>
        </w:rPr>
        <w:t>1</w:t>
      </w:r>
      <w:r>
        <w:rPr>
          <w:b/>
        </w:rPr>
        <w:t>. Have you ever been dismissed / removed / compulsorily retired from service?  YES / NO</w:t>
      </w:r>
      <w:r>
        <w:t xml:space="preserve"> ____________________</w:t>
      </w:r>
    </w:p>
    <w:p w14:paraId="1651811F" w14:textId="3A543659" w:rsidR="006C350E" w:rsidRDefault="00C65959" w:rsidP="00E94DDF">
      <w:pPr>
        <w:spacing w:after="20" w:line="360" w:lineRule="auto"/>
      </w:pPr>
      <w:r>
        <w:rPr>
          <w:b/>
        </w:rPr>
        <w:t>4</w:t>
      </w:r>
      <w:r w:rsidR="00500112">
        <w:rPr>
          <w:b/>
        </w:rPr>
        <w:t>2</w:t>
      </w:r>
      <w:r>
        <w:rPr>
          <w:b/>
        </w:rPr>
        <w:t>. If the answer to any of the above is YES, give full detail</w:t>
      </w:r>
      <w:r>
        <w:rPr>
          <w:b/>
        </w:rPr>
        <w:t>s:</w:t>
      </w:r>
      <w:r>
        <w:t xml:space="preserve"> ____________________</w:t>
      </w:r>
    </w:p>
    <w:p w14:paraId="16D05563" w14:textId="77777777" w:rsidR="00500112" w:rsidRDefault="00500112" w:rsidP="00E94DDF">
      <w:pPr>
        <w:spacing w:after="20" w:line="360" w:lineRule="auto"/>
      </w:pPr>
    </w:p>
    <w:p w14:paraId="4FD3409A" w14:textId="77777777" w:rsidR="006C350E" w:rsidRDefault="00C65959" w:rsidP="00E94DDF">
      <w:pPr>
        <w:spacing w:line="360" w:lineRule="auto"/>
      </w:pPr>
      <w:r>
        <w:rPr>
          <w:b/>
          <w:sz w:val="22"/>
        </w:rPr>
        <w:t>I. REFERENCES</w:t>
      </w:r>
    </w:p>
    <w:p w14:paraId="76623294" w14:textId="2DFC0065" w:rsidR="006C350E" w:rsidRDefault="00C65959" w:rsidP="00E94DDF">
      <w:pPr>
        <w:spacing w:line="360" w:lineRule="auto"/>
      </w:pPr>
      <w:r>
        <w:rPr>
          <w:b/>
        </w:rPr>
        <w:t>4</w:t>
      </w:r>
      <w:r w:rsidR="00500112">
        <w:rPr>
          <w:b/>
        </w:rPr>
        <w:t>3</w:t>
      </w:r>
      <w:r>
        <w:rPr>
          <w:b/>
        </w:rPr>
        <w:t>. Two professional references who can comment on your academic/administrative leadership:</w:t>
      </w:r>
    </w:p>
    <w:tbl>
      <w:tblPr>
        <w:tblW w:w="11482" w:type="dxa"/>
        <w:tblInd w:w="-459" w:type="dxa"/>
        <w:tblLook w:val="04A0" w:firstRow="1" w:lastRow="0" w:firstColumn="1" w:lastColumn="0" w:noHBand="0" w:noVBand="1"/>
      </w:tblPr>
      <w:tblGrid>
        <w:gridCol w:w="1276"/>
        <w:gridCol w:w="2639"/>
        <w:gridCol w:w="1728"/>
        <w:gridCol w:w="1728"/>
        <w:gridCol w:w="2127"/>
        <w:gridCol w:w="1984"/>
      </w:tblGrid>
      <w:tr w:rsidR="006C350E" w14:paraId="4CEF5731" w14:textId="77777777" w:rsidTr="005001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416A" w14:textId="77777777" w:rsidR="006C350E" w:rsidRDefault="00C65959" w:rsidP="00E94DDF">
            <w:pPr>
              <w:spacing w:after="0" w:line="360" w:lineRule="auto"/>
            </w:pPr>
            <w:proofErr w:type="spellStart"/>
            <w:r>
              <w:rPr>
                <w:sz w:val="17"/>
              </w:rPr>
              <w:t>S.No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5DD7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Name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F53E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Designation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3A58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Organization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0E3F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Email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5D48" w14:textId="77777777" w:rsidR="006C350E" w:rsidRDefault="00C65959" w:rsidP="00E94DDF">
            <w:pPr>
              <w:spacing w:after="0" w:line="360" w:lineRule="auto"/>
            </w:pPr>
            <w:r>
              <w:rPr>
                <w:sz w:val="17"/>
              </w:rPr>
              <w:t>Mobile / Contact</w:t>
            </w:r>
          </w:p>
        </w:tc>
      </w:tr>
      <w:tr w:rsidR="006C350E" w14:paraId="0177F8CC" w14:textId="77777777" w:rsidTr="005001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C9F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05E7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6993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1394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F33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B9F7" w14:textId="77777777" w:rsidR="006C350E" w:rsidRDefault="006C350E" w:rsidP="00E94DDF">
            <w:pPr>
              <w:spacing w:after="0" w:line="360" w:lineRule="auto"/>
            </w:pPr>
          </w:p>
        </w:tc>
      </w:tr>
      <w:tr w:rsidR="006C350E" w14:paraId="57D6CA07" w14:textId="77777777" w:rsidTr="005001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6932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A11F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EE50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5AEB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9369" w14:textId="77777777" w:rsidR="006C350E" w:rsidRDefault="006C350E" w:rsidP="00E94DDF">
            <w:pPr>
              <w:spacing w:after="0" w:line="360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D2CC" w14:textId="77777777" w:rsidR="006C350E" w:rsidRDefault="006C350E" w:rsidP="00E94DDF">
            <w:pPr>
              <w:spacing w:after="0" w:line="360" w:lineRule="auto"/>
            </w:pPr>
          </w:p>
        </w:tc>
      </w:tr>
    </w:tbl>
    <w:p w14:paraId="2AABF9CC" w14:textId="77777777" w:rsidR="00500112" w:rsidRDefault="00500112" w:rsidP="00E94DDF">
      <w:pPr>
        <w:spacing w:line="360" w:lineRule="auto"/>
        <w:rPr>
          <w:b/>
          <w:sz w:val="22"/>
        </w:rPr>
      </w:pPr>
    </w:p>
    <w:p w14:paraId="42C48A3C" w14:textId="2940173D" w:rsidR="006C350E" w:rsidRDefault="00C65959" w:rsidP="00E94DDF">
      <w:pPr>
        <w:spacing w:line="360" w:lineRule="auto"/>
      </w:pPr>
      <w:r>
        <w:rPr>
          <w:b/>
          <w:sz w:val="22"/>
        </w:rPr>
        <w:t>J. DOCUMENTS / ENCLOSURES</w:t>
      </w:r>
    </w:p>
    <w:p w14:paraId="08F80195" w14:textId="77777777" w:rsidR="006C350E" w:rsidRDefault="00C65959" w:rsidP="00E94DDF">
      <w:pPr>
        <w:spacing w:line="360" w:lineRule="auto"/>
      </w:pPr>
      <w:r>
        <w:t>☐</w:t>
      </w:r>
      <w:r>
        <w:t xml:space="preserve"> Proof of Date of Birth</w:t>
      </w:r>
    </w:p>
    <w:p w14:paraId="2D61662E" w14:textId="77777777" w:rsidR="006C350E" w:rsidRDefault="00C65959" w:rsidP="00E94DDF">
      <w:pPr>
        <w:spacing w:line="360" w:lineRule="auto"/>
      </w:pPr>
      <w:r>
        <w:t>☐</w:t>
      </w:r>
      <w:r>
        <w:t xml:space="preserve"> Category certificate, if applicable</w:t>
      </w:r>
    </w:p>
    <w:p w14:paraId="0C99BD45" w14:textId="77777777" w:rsidR="006C350E" w:rsidRDefault="00C65959" w:rsidP="00E94DDF">
      <w:pPr>
        <w:spacing w:line="360" w:lineRule="auto"/>
      </w:pPr>
      <w:r>
        <w:t>☐</w:t>
      </w:r>
      <w:r>
        <w:t xml:space="preserve"> Class X and XII certificates / mark sheets</w:t>
      </w:r>
    </w:p>
    <w:p w14:paraId="00FEA948" w14:textId="77777777" w:rsidR="006C350E" w:rsidRDefault="00C65959" w:rsidP="00E94DDF">
      <w:pPr>
        <w:spacing w:line="360" w:lineRule="auto"/>
      </w:pPr>
      <w:r>
        <w:t>☐</w:t>
      </w:r>
      <w:r>
        <w:t xml:space="preserve"> Degree certificates and mark sheets</w:t>
      </w:r>
    </w:p>
    <w:p w14:paraId="44B0DEE3" w14:textId="77777777" w:rsidR="006C350E" w:rsidRDefault="00C65959" w:rsidP="00E94DDF">
      <w:pPr>
        <w:spacing w:line="360" w:lineRule="auto"/>
      </w:pPr>
      <w:r>
        <w:t>☐</w:t>
      </w:r>
      <w:r>
        <w:t xml:space="preserve"> Professional qualification certificates</w:t>
      </w:r>
    </w:p>
    <w:p w14:paraId="506378FD" w14:textId="77777777" w:rsidR="006C350E" w:rsidRDefault="00C65959" w:rsidP="00E94DDF">
      <w:pPr>
        <w:spacing w:line="360" w:lineRule="auto"/>
      </w:pPr>
      <w:r>
        <w:t>☐</w:t>
      </w:r>
      <w:r>
        <w:t xml:space="preserve"> Experience certificates</w:t>
      </w:r>
    </w:p>
    <w:p w14:paraId="13257501" w14:textId="77777777" w:rsidR="006C350E" w:rsidRDefault="00C65959" w:rsidP="00E94DDF">
      <w:pPr>
        <w:spacing w:line="360" w:lineRule="auto"/>
      </w:pPr>
      <w:r>
        <w:t>☐</w:t>
      </w:r>
      <w:r>
        <w:t xml:space="preserve"> Present employment / salary certificate</w:t>
      </w:r>
    </w:p>
    <w:p w14:paraId="1F065AD7" w14:textId="77777777" w:rsidR="006C350E" w:rsidRDefault="00C65959" w:rsidP="00E94DDF">
      <w:pPr>
        <w:spacing w:line="360" w:lineRule="auto"/>
      </w:pPr>
      <w:r>
        <w:t>☐</w:t>
      </w:r>
      <w:r>
        <w:t xml:space="preserve"> Certificates of awards</w:t>
      </w:r>
      <w:r>
        <w:t xml:space="preserve"> / achievements, if any</w:t>
      </w:r>
    </w:p>
    <w:p w14:paraId="51D7BBC7" w14:textId="77777777" w:rsidR="006C350E" w:rsidRDefault="00C65959" w:rsidP="00E94DDF">
      <w:pPr>
        <w:spacing w:line="360" w:lineRule="auto"/>
      </w:pPr>
      <w:r>
        <w:t>☐</w:t>
      </w:r>
      <w:r>
        <w:t xml:space="preserve"> Other relevant documents</w:t>
      </w:r>
    </w:p>
    <w:p w14:paraId="5C4B9AAE" w14:textId="77777777" w:rsidR="006C350E" w:rsidRDefault="00C65959" w:rsidP="00E94DDF">
      <w:pPr>
        <w:spacing w:line="360" w:lineRule="auto"/>
      </w:pPr>
      <w:r>
        <w:rPr>
          <w:b/>
          <w:sz w:val="22"/>
        </w:rPr>
        <w:t>K. APPLICATION FEE / DEMAND DRAFT DETAILS</w:t>
      </w:r>
    </w:p>
    <w:p w14:paraId="5B79F9CC" w14:textId="10A9C218" w:rsidR="006C350E" w:rsidRDefault="00C65959" w:rsidP="00E94DDF">
      <w:pPr>
        <w:spacing w:after="20" w:line="360" w:lineRule="auto"/>
      </w:pPr>
      <w:r>
        <w:rPr>
          <w:b/>
        </w:rPr>
        <w:t>4</w:t>
      </w:r>
      <w:r w:rsidR="00FC7FF9">
        <w:rPr>
          <w:b/>
        </w:rPr>
        <w:t>4</w:t>
      </w:r>
      <w:r>
        <w:rPr>
          <w:b/>
        </w:rPr>
        <w:t>. Demand Draft / Application Fee details (DD No., Date, Bank, Amount):</w:t>
      </w:r>
      <w:r>
        <w:t xml:space="preserve"> ____________________</w:t>
      </w:r>
    </w:p>
    <w:p w14:paraId="016C8D9E" w14:textId="77777777" w:rsidR="00FC7FF9" w:rsidRDefault="00FC7FF9" w:rsidP="00E94DDF">
      <w:pPr>
        <w:spacing w:after="20" w:line="360" w:lineRule="auto"/>
      </w:pPr>
    </w:p>
    <w:p w14:paraId="7170F939" w14:textId="77777777" w:rsidR="006C350E" w:rsidRDefault="00C65959" w:rsidP="00E94DDF">
      <w:pPr>
        <w:spacing w:line="360" w:lineRule="auto"/>
      </w:pPr>
      <w:r>
        <w:rPr>
          <w:b/>
          <w:sz w:val="22"/>
        </w:rPr>
        <w:t>DECLARATION</w:t>
      </w:r>
    </w:p>
    <w:p w14:paraId="1615F20D" w14:textId="77777777" w:rsidR="006C350E" w:rsidRDefault="00C65959" w:rsidP="00E94DDF">
      <w:pPr>
        <w:spacing w:after="400" w:line="360" w:lineRule="auto"/>
      </w:pPr>
      <w:r>
        <w:t xml:space="preserve">I solemnly declare that the information furnished by me </w:t>
      </w:r>
      <w:r>
        <w:t>in this application form and the documents enclosed herewith are true, complete and correct to the best of my knowledge and belief. I understand that any false, incorrect or concealed information may lead to cancellation of my candidature or appointment at</w:t>
      </w:r>
      <w:r>
        <w:t xml:space="preserve"> any stage. I also authorize the School / competent authority to verify the information and documents furnished by me.</w:t>
      </w:r>
    </w:p>
    <w:tbl>
      <w:tblPr>
        <w:tblW w:w="11054" w:type="dxa"/>
        <w:tblLook w:val="04A0" w:firstRow="1" w:lastRow="0" w:firstColumn="1" w:lastColumn="0" w:noHBand="0" w:noVBand="1"/>
      </w:tblPr>
      <w:tblGrid>
        <w:gridCol w:w="5527"/>
        <w:gridCol w:w="5527"/>
      </w:tblGrid>
      <w:tr w:rsidR="006C350E" w14:paraId="47FB216C" w14:textId="77777777" w:rsidTr="00E94DDF">
        <w:trPr>
          <w:trHeight w:val="1243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9049" w14:textId="77777777" w:rsidR="006C350E" w:rsidRDefault="00C65959" w:rsidP="00E94DDF">
            <w:pPr>
              <w:spacing w:after="0" w:line="360" w:lineRule="auto"/>
              <w:rPr>
                <w:sz w:val="17"/>
              </w:rPr>
            </w:pPr>
            <w:r>
              <w:rPr>
                <w:sz w:val="17"/>
              </w:rPr>
              <w:t>Date: ____________________</w:t>
            </w:r>
            <w:r>
              <w:rPr>
                <w:sz w:val="17"/>
              </w:rPr>
              <w:br/>
              <w:t>Place: ___________________</w:t>
            </w:r>
          </w:p>
          <w:p w14:paraId="62F39764" w14:textId="2F7617D0" w:rsidR="008564C3" w:rsidRDefault="008564C3" w:rsidP="00E94DDF">
            <w:pPr>
              <w:spacing w:after="0" w:line="360" w:lineRule="auto"/>
            </w:pPr>
            <w:r>
              <w:rPr>
                <w:sz w:val="17"/>
              </w:rPr>
              <w:t>Name: ______________________________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B9C9" w14:textId="75A2C901" w:rsidR="006C350E" w:rsidRDefault="00E94DDF" w:rsidP="00E94DDF">
            <w:pPr>
              <w:spacing w:after="0" w:line="360" w:lineRule="auto"/>
            </w:pPr>
            <w:r>
              <w:rPr>
                <w:sz w:val="17"/>
              </w:rPr>
              <w:t xml:space="preserve"> Signature of Applicant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 w:rsidR="008564C3">
              <w:rPr>
                <w:sz w:val="17"/>
              </w:rPr>
              <w:t xml:space="preserve">                                                     </w:t>
            </w:r>
            <w:r>
              <w:rPr>
                <w:sz w:val="17"/>
              </w:rPr>
              <w:t>___________________________</w:t>
            </w:r>
          </w:p>
        </w:tc>
      </w:tr>
    </w:tbl>
    <w:p w14:paraId="710C9C0D" w14:textId="77777777" w:rsidR="00574AAB" w:rsidRPr="00DA63D9" w:rsidRDefault="00574AAB" w:rsidP="00E94DDF">
      <w:pPr>
        <w:spacing w:line="360" w:lineRule="auto"/>
        <w:rPr>
          <w:lang w:val="en-IN"/>
        </w:rPr>
      </w:pPr>
    </w:p>
    <w:sectPr w:rsidR="00574AAB" w:rsidRPr="00DA63D9" w:rsidSect="00E94DDF">
      <w:pgSz w:w="12240" w:h="15840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2D88"/>
    <w:rsid w:val="0015074B"/>
    <w:rsid w:val="001F1246"/>
    <w:rsid w:val="0029639D"/>
    <w:rsid w:val="002A3B2E"/>
    <w:rsid w:val="00326F90"/>
    <w:rsid w:val="00500112"/>
    <w:rsid w:val="00574AAB"/>
    <w:rsid w:val="005958B4"/>
    <w:rsid w:val="006C350E"/>
    <w:rsid w:val="008564C3"/>
    <w:rsid w:val="00AA1D8D"/>
    <w:rsid w:val="00B47730"/>
    <w:rsid w:val="00B94471"/>
    <w:rsid w:val="00C65959"/>
    <w:rsid w:val="00CB0664"/>
    <w:rsid w:val="00DA63D9"/>
    <w:rsid w:val="00E94DDF"/>
    <w:rsid w:val="00FC693F"/>
    <w:rsid w:val="00FC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8C5154"/>
  <w14:defaultImageDpi w14:val="300"/>
  <w15:docId w15:val="{CF1E9F82-DBFD-4093-B843-55F55DDD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340748-1961-4158-8E0E-616AD63F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2586</TotalTime>
  <Pages>4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10</cp:revision>
  <dcterms:created xsi:type="dcterms:W3CDTF">2013-12-23T23:15:00Z</dcterms:created>
  <dcterms:modified xsi:type="dcterms:W3CDTF">2026-09-18T05:20:00Z</dcterms:modified>
  <cp:category/>
</cp:coreProperties>
</file>